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ind w:left="4819"/>
      </w:pPr>
      <w:r>
        <w:rPr>
          <w:b w:val="0"/>
        </w:rPr>
        <w:t xml:space="preserve">В </w:t>
      </w:r>
      <w:r>
        <w:rPr>
          <w:b w:val="0"/>
          <w:highlight w:val="yellow"/>
        </w:rPr>
        <w:t>[наименование суда]</w:t>
      </w:r>
    </w:p>
    <w:p>
      <w:pPr>
        <w:spacing w:after="0"/>
        <w:ind w:left="4819"/>
      </w:pPr>
      <w:r>
        <w:rPr>
          <w:b w:val="0"/>
        </w:rPr>
        <w:t xml:space="preserve">Адрес: </w:t>
      </w:r>
      <w:r>
        <w:rPr>
          <w:b w:val="0"/>
          <w:highlight w:val="yellow"/>
        </w:rPr>
        <w:t>[адрес суда]</w:t>
      </w:r>
    </w:p>
    <w:p>
      <w:pPr>
        <w:spacing w:after="0"/>
        <w:ind w:left="4819"/>
      </w:pPr>
    </w:p>
    <w:p>
      <w:pPr>
        <w:spacing w:after="0"/>
        <w:ind w:left="4819"/>
      </w:pPr>
      <w:r>
        <w:rPr>
          <w:b w:val="0"/>
        </w:rPr>
        <w:t xml:space="preserve">Истец: </w:t>
      </w:r>
      <w:r>
        <w:rPr>
          <w:b w:val="0"/>
          <w:highlight w:val="yellow"/>
        </w:rPr>
        <w:t>[фамилия, имя, отчество]</w:t>
      </w:r>
    </w:p>
    <w:p>
      <w:pPr>
        <w:spacing w:after="0"/>
        <w:ind w:left="4819"/>
      </w:pPr>
      <w:r>
        <w:rPr>
          <w:b w:val="0"/>
        </w:rPr>
        <w:t xml:space="preserve">Дата и место рождения: </w:t>
      </w:r>
      <w:r>
        <w:rPr>
          <w:b w:val="0"/>
          <w:highlight w:val="yellow"/>
        </w:rPr>
        <w:t>[дата]</w:t>
      </w:r>
      <w:r>
        <w:rPr>
          <w:b w:val="0"/>
        </w:rPr>
        <w:t xml:space="preserve">, </w:t>
      </w:r>
      <w:r>
        <w:rPr>
          <w:b w:val="0"/>
          <w:highlight w:val="yellow"/>
        </w:rPr>
        <w:t>[место]</w:t>
      </w:r>
    </w:p>
    <w:p>
      <w:pPr>
        <w:spacing w:after="0"/>
        <w:ind w:left="4819"/>
      </w:pPr>
      <w:r>
        <w:rPr>
          <w:b w:val="0"/>
        </w:rPr>
        <w:t xml:space="preserve">Место жительства: </w:t>
      </w:r>
      <w:r>
        <w:rPr>
          <w:b w:val="0"/>
          <w:highlight w:val="yellow"/>
        </w:rPr>
        <w:t>[адрес]</w:t>
      </w:r>
    </w:p>
    <w:p>
      <w:pPr>
        <w:spacing w:after="0"/>
        <w:ind w:left="4819"/>
      </w:pPr>
      <w:r>
        <w:rPr>
          <w:b w:val="0"/>
          <w:highlight w:val="yellow"/>
        </w:rPr>
        <w:t>[один из идентификаторов: СНИЛС, ИНН, серия и номер паспорта или водительского удостоверения]</w:t>
      </w:r>
    </w:p>
    <w:p>
      <w:pPr>
        <w:spacing w:after="0"/>
        <w:ind w:left="4819"/>
      </w:pPr>
      <w:r>
        <w:rPr>
          <w:b w:val="0"/>
        </w:rPr>
        <w:t xml:space="preserve">Телефон: </w:t>
      </w:r>
      <w:r>
        <w:rPr>
          <w:b w:val="0"/>
          <w:highlight w:val="yellow"/>
        </w:rPr>
        <w:t>[номер]</w:t>
      </w:r>
      <w:r>
        <w:rPr>
          <w:b w:val="0"/>
        </w:rPr>
        <w:t xml:space="preserve">, эл. почта: </w:t>
      </w:r>
      <w:r>
        <w:rPr>
          <w:b w:val="0"/>
          <w:highlight w:val="yellow"/>
        </w:rPr>
        <w:t>[адрес]</w:t>
      </w:r>
    </w:p>
    <w:p>
      <w:pPr>
        <w:spacing w:after="0"/>
        <w:ind w:left="4819"/>
      </w:pPr>
    </w:p>
    <w:p>
      <w:pPr>
        <w:spacing w:after="0"/>
        <w:ind w:left="4819"/>
      </w:pPr>
      <w:r>
        <w:rPr>
          <w:b w:val="0"/>
        </w:rPr>
        <w:t xml:space="preserve">Ответчик: </w:t>
      </w:r>
      <w:r>
        <w:rPr>
          <w:b w:val="0"/>
          <w:highlight w:val="yellow"/>
        </w:rPr>
        <w:t>[фамилия, имя, отчество]</w:t>
      </w:r>
    </w:p>
    <w:p>
      <w:pPr>
        <w:spacing w:after="0"/>
        <w:ind w:left="4819"/>
      </w:pPr>
      <w:r>
        <w:rPr>
          <w:b w:val="0"/>
        </w:rPr>
        <w:t xml:space="preserve">Дата и место рождения: </w:t>
      </w:r>
      <w:r>
        <w:rPr>
          <w:b w:val="0"/>
          <w:highlight w:val="yellow"/>
        </w:rPr>
        <w:t>[дата]</w:t>
      </w:r>
      <w:r>
        <w:rPr>
          <w:b w:val="0"/>
        </w:rPr>
        <w:t xml:space="preserve">, </w:t>
      </w:r>
      <w:r>
        <w:rPr>
          <w:b w:val="0"/>
          <w:highlight w:val="yellow"/>
        </w:rPr>
        <w:t>[место]</w:t>
      </w:r>
      <w:r>
        <w:rPr>
          <w:b w:val="0"/>
        </w:rPr>
        <w:t xml:space="preserve"> </w:t>
      </w:r>
      <w:r>
        <w:rPr>
          <w:b w:val="0"/>
          <w:highlight w:val="yellow"/>
        </w:rPr>
        <w:t>[или: истцу неизвестны]</w:t>
      </w:r>
    </w:p>
    <w:p>
      <w:pPr>
        <w:spacing w:after="0"/>
        <w:ind w:left="4819"/>
      </w:pPr>
      <w:r>
        <w:rPr>
          <w:b w:val="0"/>
        </w:rPr>
        <w:t xml:space="preserve">Место жительства: </w:t>
      </w:r>
      <w:r>
        <w:rPr>
          <w:b w:val="0"/>
          <w:highlight w:val="yellow"/>
        </w:rPr>
        <w:t>[адрес]</w:t>
      </w:r>
    </w:p>
    <w:p>
      <w:pPr>
        <w:spacing w:after="0"/>
        <w:ind w:left="4819"/>
      </w:pPr>
      <w:r>
        <w:rPr>
          <w:b w:val="0"/>
        </w:rPr>
        <w:t xml:space="preserve">Место работы: </w:t>
      </w:r>
      <w:r>
        <w:rPr>
          <w:b w:val="0"/>
          <w:highlight w:val="yellow"/>
        </w:rPr>
        <w:t>[наименование работодателя, адрес]</w:t>
      </w:r>
      <w:r>
        <w:rPr>
          <w:b w:val="0"/>
        </w:rPr>
        <w:t xml:space="preserve"> </w:t>
      </w:r>
      <w:r>
        <w:rPr>
          <w:b w:val="0"/>
          <w:highlight w:val="yellow"/>
        </w:rPr>
        <w:t>[если известно]</w:t>
      </w:r>
    </w:p>
    <w:p>
      <w:pPr>
        <w:spacing w:after="0"/>
        <w:ind w:left="4819"/>
      </w:pPr>
      <w:r>
        <w:rPr>
          <w:b w:val="0"/>
          <w:highlight w:val="yellow"/>
        </w:rPr>
        <w:t>[один из идентификаторов: СНИЛС, ИНН, серия и номер паспорта, ОГРНИП, серия и номер водительского удостоверения]</w:t>
      </w:r>
      <w:r>
        <w:rPr>
          <w:b w:val="0"/>
        </w:rPr>
        <w:t xml:space="preserve"> </w:t>
      </w:r>
      <w:r>
        <w:rPr>
          <w:b w:val="0"/>
          <w:highlight w:val="yellow"/>
        </w:rPr>
        <w:t>[или: истцу неизвестны]</w:t>
      </w:r>
    </w:p>
    <w:p>
      <w:pPr>
        <w:spacing w:after="0"/>
        <w:ind w:left="4819"/>
      </w:pPr>
    </w:p>
    <w:p>
      <w:pPr>
        <w:spacing w:after="0"/>
        <w:ind w:left="4819"/>
      </w:pPr>
      <w:r>
        <w:rPr>
          <w:b w:val="0"/>
        </w:rPr>
        <w:t xml:space="preserve">Цена иска: </w:t>
      </w:r>
      <w:r>
        <w:rPr>
          <w:b w:val="0"/>
          <w:highlight w:val="yellow"/>
        </w:rPr>
        <w:t>[сумма алиментов за год]</w:t>
      </w:r>
      <w:r>
        <w:rPr>
          <w:b w:val="0"/>
        </w:rPr>
        <w:t xml:space="preserve"> руб.</w:t>
      </w:r>
    </w:p>
    <w:p>
      <w:pPr>
        <w:spacing w:after="0"/>
        <w:ind w:left="4819"/>
      </w:pPr>
      <w:r>
        <w:rPr>
          <w:b w:val="0"/>
        </w:rPr>
        <w:t>Госпошлина: истец освобождён (подп. 2 п. 1 ст. 333.36 НК РФ)</w:t>
      </w:r>
    </w:p>
    <w:p>
      <w:pPr>
        <w:spacing w:before="240"/>
        <w:jc w:val="center"/>
      </w:pPr>
      <w:r>
        <w:rPr>
          <w:b/>
        </w:rPr>
        <w:t>ИСКОВОЕ ЗАЯВЛЕНИЕ</w:t>
      </w:r>
    </w:p>
    <w:p>
      <w:pPr>
        <w:spacing w:before="240"/>
        <w:jc w:val="center"/>
      </w:pPr>
      <w:r>
        <w:rPr>
          <w:b/>
        </w:rPr>
        <w:t>о взыскании алиментов на несовершеннолетнего ребёнка</w:t>
      </w:r>
    </w:p>
    <w:p>
      <w:pPr>
        <w:ind w:firstLine="709"/>
        <w:jc w:val="both"/>
      </w:pPr>
      <w:r>
        <w:rPr>
          <w:b w:val="0"/>
        </w:rPr>
        <w:t xml:space="preserve">Я и ответчик — родители </w:t>
      </w:r>
      <w:r>
        <w:rPr>
          <w:b w:val="0"/>
          <w:highlight w:val="yellow"/>
        </w:rPr>
        <w:t>[фамилия, имя, отчество ребёнка]</w:t>
      </w:r>
      <w:r>
        <w:rPr>
          <w:b w:val="0"/>
        </w:rPr>
        <w:t xml:space="preserve">, </w:t>
      </w:r>
      <w:r>
        <w:rPr>
          <w:b w:val="0"/>
          <w:highlight w:val="yellow"/>
        </w:rPr>
        <w:t>[дата рождения]</w:t>
      </w:r>
      <w:r>
        <w:rPr>
          <w:b w:val="0"/>
        </w:rPr>
        <w:t xml:space="preserve"> года рождения, что подтверждается свидетельством о рождении </w:t>
      </w:r>
      <w:r>
        <w:rPr>
          <w:b w:val="0"/>
          <w:highlight w:val="yellow"/>
        </w:rPr>
        <w:t>[серия, номер]</w:t>
      </w:r>
      <w:r>
        <w:rPr>
          <w:b w:val="0"/>
        </w:rPr>
        <w:t xml:space="preserve">. </w:t>
      </w:r>
      <w:r>
        <w:rPr>
          <w:b w:val="0"/>
          <w:highlight w:val="yellow"/>
        </w:rPr>
        <w:t>[Брак между нами зарегистрирован [дата]</w:t>
      </w:r>
      <w:r>
        <w:rPr>
          <w:b w:val="0"/>
        </w:rPr>
        <w:t xml:space="preserve"> / расторгнут </w:t>
      </w:r>
      <w:r>
        <w:rPr>
          <w:b w:val="0"/>
          <w:highlight w:val="yellow"/>
        </w:rPr>
        <w:t>[дата]</w:t>
      </w:r>
      <w:r>
        <w:rPr>
          <w:b w:val="0"/>
        </w:rPr>
        <w:t xml:space="preserve"> / в браке мы не состояли.]</w:t>
      </w:r>
    </w:p>
    <w:p>
      <w:pPr>
        <w:ind w:firstLine="709"/>
        <w:jc w:val="both"/>
      </w:pPr>
      <w:r>
        <w:rPr>
          <w:b w:val="0"/>
        </w:rPr>
        <w:t xml:space="preserve">Ребёнок проживает со мной по адресу: </w:t>
      </w:r>
      <w:r>
        <w:rPr>
          <w:b w:val="0"/>
          <w:highlight w:val="yellow"/>
        </w:rPr>
        <w:t>[адрес]</w:t>
      </w:r>
      <w:r>
        <w:rPr>
          <w:b w:val="0"/>
        </w:rPr>
        <w:t xml:space="preserve"> и находится на моём содержании. С </w:t>
      </w:r>
      <w:r>
        <w:rPr>
          <w:b w:val="0"/>
          <w:highlight w:val="yellow"/>
        </w:rPr>
        <w:t>[месяц, год]</w:t>
      </w:r>
      <w:r>
        <w:rPr>
          <w:b w:val="0"/>
        </w:rPr>
        <w:t xml:space="preserve"> ответчик средств на содержание ребёнка не предоставляет </w:t>
      </w:r>
      <w:r>
        <w:rPr>
          <w:b w:val="0"/>
          <w:highlight w:val="yellow"/>
        </w:rPr>
        <w:t>[или: даёт деньги нерегулярно и в незначительных суммах]</w:t>
      </w:r>
      <w:r>
        <w:rPr>
          <w:b w:val="0"/>
        </w:rPr>
        <w:t>. Соглашения об уплате алиментов между нами нет.</w:t>
      </w:r>
    </w:p>
    <w:p>
      <w:pPr>
        <w:ind w:firstLine="709"/>
        <w:jc w:val="both"/>
      </w:pPr>
      <w:r>
        <w:rPr>
          <w:b w:val="0"/>
        </w:rPr>
        <w:t xml:space="preserve">Ответчик работает в </w:t>
      </w:r>
      <w:r>
        <w:rPr>
          <w:b w:val="0"/>
          <w:highlight w:val="yellow"/>
        </w:rPr>
        <w:t>[наименование работодателя]</w:t>
      </w:r>
      <w:r>
        <w:rPr>
          <w:b w:val="0"/>
        </w:rPr>
        <w:t xml:space="preserve">, его доход составляет около </w:t>
      </w:r>
      <w:r>
        <w:rPr>
          <w:b w:val="0"/>
          <w:highlight w:val="yellow"/>
        </w:rPr>
        <w:t>[сумма]</w:t>
      </w:r>
      <w:r>
        <w:rPr>
          <w:b w:val="0"/>
        </w:rPr>
        <w:t xml:space="preserve"> руб. в месяц </w:t>
      </w:r>
      <w:r>
        <w:rPr>
          <w:b w:val="0"/>
          <w:highlight w:val="yellow"/>
        </w:rPr>
        <w:t>[или: сведениями о работе и доходах ответчика я не располагаю]</w:t>
      </w:r>
      <w:r>
        <w:rPr>
          <w:b w:val="0"/>
        </w:rPr>
        <w:t>.</w:t>
      </w:r>
    </w:p>
    <w:p>
      <w:pPr>
        <w:ind w:firstLine="709"/>
        <w:jc w:val="both"/>
      </w:pPr>
      <w:r>
        <w:rPr>
          <w:b w:val="0"/>
        </w:rPr>
        <w:t xml:space="preserve">Требование заявлено в порядке искового производства, поскольку </w:t>
      </w:r>
      <w:r>
        <w:rPr>
          <w:b w:val="0"/>
          <w:highlight w:val="yellow"/>
        </w:rPr>
        <w:t>[выберите: судебный приказ мирового судьи [наименование судебного участка]</w:t>
      </w:r>
      <w:r>
        <w:rPr>
          <w:b w:val="0"/>
        </w:rPr>
        <w:t xml:space="preserve"> от </w:t>
      </w:r>
      <w:r>
        <w:rPr>
          <w:b w:val="0"/>
          <w:highlight w:val="yellow"/>
        </w:rPr>
        <w:t>[дата]</w:t>
      </w:r>
      <w:r>
        <w:rPr>
          <w:b w:val="0"/>
        </w:rPr>
        <w:t xml:space="preserve"> о взыскании алиментов отменён определением от </w:t>
      </w:r>
      <w:r>
        <w:rPr>
          <w:b w:val="0"/>
          <w:highlight w:val="yellow"/>
        </w:rPr>
        <w:t>[дата]</w:t>
      </w:r>
      <w:r>
        <w:rPr>
          <w:b w:val="0"/>
        </w:rPr>
        <w:t xml:space="preserve"> в связи с возражениями ответчика / ответчик уже выплачивает алименты по решению суда на </w:t>
      </w:r>
      <w:r>
        <w:rPr>
          <w:b w:val="0"/>
          <w:highlight w:val="yellow"/>
        </w:rPr>
        <w:t>[кого]</w:t>
      </w:r>
      <w:r>
        <w:rPr>
          <w:b w:val="0"/>
        </w:rPr>
        <w:t xml:space="preserve"> / заявлено требование о взыскании алиментов в твёрдой денежной сумме / заявлено требование о взыскании алиментов за прошедший период / ответчик проживает за пределами Российской Федерации].</w:t>
      </w:r>
    </w:p>
    <w:p>
      <w:pPr>
        <w:ind w:firstLine="709"/>
        <w:jc w:val="both"/>
      </w:pPr>
      <w:r>
        <w:rPr>
          <w:b w:val="0"/>
        </w:rPr>
        <w:t xml:space="preserve">Если родители не предоставляют содержание несовершеннолетним детям, алименты взыскиваются в судебном порядке (пункт 2 статьи 80 Семейного кодекса РФ); при отсутствии соглашения об уплате алиментов — ежемесячно в размере </w:t>
      </w:r>
      <w:r>
        <w:rPr>
          <w:b w:val="0"/>
          <w:highlight w:val="yellow"/>
        </w:rPr>
        <w:t>[одной четверти — на одного ребёнка / одной трети — на двух детей / половины — на трёх и более детей]</w:t>
      </w:r>
      <w:r>
        <w:rPr>
          <w:b w:val="0"/>
        </w:rPr>
        <w:t xml:space="preserve"> заработка и (или) иного дохода родителей (пункт 1 статьи 81 СК РФ). Алименты присуждаются с момента обращения в суд (пункт 2 статьи 107 СК РФ), а после отмены судебного приказа — за период, в течение которого они подлежали взысканию по приказу (часть 3 статьи 129 ГПК РФ).</w:t>
      </w:r>
    </w:p>
    <w:p>
      <w:pPr>
        <w:ind w:firstLine="709"/>
        <w:jc w:val="both"/>
      </w:pPr>
      <w:r>
        <w:rPr>
          <w:b w:val="0"/>
          <w:highlight w:val="yellow"/>
        </w:rPr>
        <w:t>[Если просите алименты за прошлое время: До обращения в суд я принимал(а) меры к получению средств на содержание ребёнка: [когда и как требовали денег или предлагали заключить соглашение]</w:t>
      </w:r>
      <w:r>
        <w:rPr>
          <w:b w:val="0"/>
        </w:rPr>
        <w:t>. Ответчик от уплаты уклонился.]</w:t>
      </w:r>
    </w:p>
    <w:p>
      <w:pPr>
        <w:ind w:firstLine="709"/>
        <w:jc w:val="both"/>
      </w:pPr>
      <w:r>
        <w:rPr>
          <w:b w:val="0"/>
        </w:rPr>
        <w:t xml:space="preserve">Цена иска определена как совокупность платежей за год (пункт 3 части 1 статьи 91 ГПК РФ): </w:t>
      </w:r>
      <w:r>
        <w:rPr>
          <w:b w:val="0"/>
          <w:highlight w:val="yellow"/>
        </w:rPr>
        <w:t>[месячный доход ответчика]</w:t>
      </w:r>
      <w:r>
        <w:rPr>
          <w:b w:val="0"/>
        </w:rPr>
        <w:t xml:space="preserve"> руб. × </w:t>
      </w:r>
      <w:r>
        <w:rPr>
          <w:b w:val="0"/>
          <w:highlight w:val="yellow"/>
        </w:rPr>
        <w:t>[доля]</w:t>
      </w:r>
      <w:r>
        <w:rPr>
          <w:b w:val="0"/>
        </w:rPr>
        <w:t xml:space="preserve"> × 12 = </w:t>
      </w:r>
      <w:r>
        <w:rPr>
          <w:b w:val="0"/>
          <w:highlight w:val="yellow"/>
        </w:rPr>
        <w:t>[сумма]</w:t>
      </w:r>
      <w:r>
        <w:rPr>
          <w:b w:val="0"/>
        </w:rPr>
        <w:t xml:space="preserve"> руб. </w:t>
      </w:r>
      <w:r>
        <w:rPr>
          <w:b w:val="0"/>
          <w:highlight w:val="yellow"/>
        </w:rPr>
        <w:t>[Расчёт суммы за прошедший период, если она заявлена.]</w:t>
      </w:r>
    </w:p>
    <w:p>
      <w:pPr>
        <w:ind w:firstLine="709"/>
        <w:jc w:val="both"/>
      </w:pPr>
      <w:r>
        <w:rPr>
          <w:b w:val="0"/>
        </w:rPr>
        <w:t xml:space="preserve">Действия, направленные на примирение: </w:t>
      </w:r>
      <w:r>
        <w:rPr>
          <w:b w:val="0"/>
          <w:highlight w:val="yellow"/>
        </w:rPr>
        <w:t>[что предпринимали, например предлагал(а) заключить соглашение об уплате алиментов [дата]</w:t>
      </w:r>
      <w:r>
        <w:rPr>
          <w:b w:val="0"/>
        </w:rPr>
        <w:t xml:space="preserve"> / не предпринимались].</w:t>
      </w:r>
    </w:p>
    <w:p>
      <w:pPr>
        <w:ind w:firstLine="709"/>
        <w:jc w:val="both"/>
      </w:pPr>
      <w:r>
        <w:rPr>
          <w:b w:val="0"/>
        </w:rPr>
        <w:t>На основании изложенного, руководствуясь статьями 80, 81, 107 Семейного кодекса РФ, статьями 131, 132 ГПК РФ, —</w:t>
      </w:r>
    </w:p>
    <w:p>
      <w:pPr>
        <w:spacing w:before="160"/>
      </w:pPr>
      <w:r>
        <w:rPr>
          <w:b/>
        </w:rPr>
        <w:t>ПРОШУ:</w:t>
      </w:r>
    </w:p>
    <w:p>
      <w:pPr>
        <w:ind w:firstLine="0"/>
        <w:jc w:val="both"/>
      </w:pPr>
      <w:r>
        <w:rPr>
          <w:b w:val="0"/>
        </w:rPr>
        <w:t xml:space="preserve">1. Взыскать с </w:t>
      </w:r>
      <w:r>
        <w:rPr>
          <w:b w:val="0"/>
          <w:highlight w:val="yellow"/>
        </w:rPr>
        <w:t>[фамилия, имя, отчество ответчика]</w:t>
      </w:r>
      <w:r>
        <w:rPr>
          <w:b w:val="0"/>
        </w:rPr>
        <w:t xml:space="preserve">, </w:t>
      </w:r>
      <w:r>
        <w:rPr>
          <w:b w:val="0"/>
          <w:highlight w:val="yellow"/>
        </w:rPr>
        <w:t>[дата рождения]</w:t>
      </w:r>
      <w:r>
        <w:rPr>
          <w:b w:val="0"/>
        </w:rPr>
        <w:t xml:space="preserve"> года рождения, место рождения: </w:t>
      </w:r>
      <w:r>
        <w:rPr>
          <w:b w:val="0"/>
          <w:highlight w:val="yellow"/>
        </w:rPr>
        <w:t>[место]</w:t>
      </w:r>
      <w:r>
        <w:rPr>
          <w:b w:val="0"/>
        </w:rPr>
        <w:t xml:space="preserve">, в пользу </w:t>
      </w:r>
      <w:r>
        <w:rPr>
          <w:b w:val="0"/>
          <w:highlight w:val="yellow"/>
        </w:rPr>
        <w:t>[фамилия, имя, отчество истца]</w:t>
      </w:r>
      <w:r>
        <w:rPr>
          <w:b w:val="0"/>
        </w:rPr>
        <w:t xml:space="preserve"> алименты на содержание несовершеннолетнего </w:t>
      </w:r>
      <w:r>
        <w:rPr>
          <w:b w:val="0"/>
          <w:highlight w:val="yellow"/>
        </w:rPr>
        <w:t>[фамилия, имя, отчество ребёнка]</w:t>
      </w:r>
      <w:r>
        <w:rPr>
          <w:b w:val="0"/>
        </w:rPr>
        <w:t xml:space="preserve">, </w:t>
      </w:r>
      <w:r>
        <w:rPr>
          <w:b w:val="0"/>
          <w:highlight w:val="yellow"/>
        </w:rPr>
        <w:t>[дата рождения]</w:t>
      </w:r>
      <w:r>
        <w:rPr>
          <w:b w:val="0"/>
        </w:rPr>
        <w:t xml:space="preserve"> года рождения, в размере </w:t>
      </w:r>
      <w:r>
        <w:rPr>
          <w:b w:val="0"/>
          <w:highlight w:val="yellow"/>
        </w:rPr>
        <w:t>[одной четверти]</w:t>
      </w:r>
      <w:r>
        <w:rPr>
          <w:b w:val="0"/>
        </w:rPr>
        <w:t xml:space="preserve"> заработка и (или) иного дохода ежемесячно, начиная с </w:t>
      </w:r>
      <w:r>
        <w:rPr>
          <w:b w:val="0"/>
          <w:highlight w:val="yellow"/>
        </w:rPr>
        <w:t>[дата подачи иска, а если приказ отменён, — дата подачи заявления о вынесении судебного приказа]</w:t>
      </w:r>
      <w:r>
        <w:rPr>
          <w:b w:val="0"/>
        </w:rPr>
        <w:t xml:space="preserve"> и до достижения ребёнком совершеннолетия.</w:t>
      </w:r>
    </w:p>
    <w:p>
      <w:pPr>
        <w:ind w:firstLine="0"/>
        <w:jc w:val="both"/>
      </w:pPr>
      <w:r>
        <w:rPr>
          <w:b w:val="0"/>
        </w:rPr>
        <w:t xml:space="preserve">2. </w:t>
      </w:r>
      <w:r>
        <w:rPr>
          <w:b w:val="0"/>
          <w:highlight w:val="yellow"/>
        </w:rPr>
        <w:t>[Если есть основания: Взыскать с ответчика алименты за прошедший период с [дата]</w:t>
      </w:r>
      <w:r>
        <w:rPr>
          <w:b w:val="0"/>
        </w:rPr>
        <w:t xml:space="preserve"> по </w:t>
      </w:r>
      <w:r>
        <w:rPr>
          <w:b w:val="0"/>
          <w:highlight w:val="yellow"/>
        </w:rPr>
        <w:t>[дата]</w:t>
      </w:r>
      <w:r>
        <w:rPr>
          <w:b w:val="0"/>
        </w:rPr>
        <w:t xml:space="preserve"> в размере </w:t>
      </w:r>
      <w:r>
        <w:rPr>
          <w:b w:val="0"/>
          <w:highlight w:val="yellow"/>
        </w:rPr>
        <w:t>[одной четверти]</w:t>
      </w:r>
      <w:r>
        <w:rPr>
          <w:b w:val="0"/>
        </w:rPr>
        <w:t xml:space="preserve"> его заработка и (или) иного дохода за этот период.]</w:t>
      </w:r>
    </w:p>
    <w:p>
      <w:pPr>
        <w:spacing w:before="160"/>
      </w:pPr>
      <w:r>
        <w:rPr>
          <w:b/>
        </w:rPr>
        <w:t>ПРИЛОЖЕНИЯ:</w:t>
      </w:r>
    </w:p>
    <w:p>
      <w:pPr>
        <w:ind w:firstLine="0"/>
        <w:jc w:val="both"/>
      </w:pPr>
      <w:r>
        <w:rPr>
          <w:b w:val="0"/>
        </w:rPr>
        <w:t>1. Документ, подтверждающий направление ответчику копии искового заявления и приложенных документов (почтовая квитанция с описью вложения или уведомление о вручении).</w:t>
      </w:r>
    </w:p>
    <w:p>
      <w:pPr>
        <w:ind w:firstLine="0"/>
        <w:jc w:val="both"/>
      </w:pPr>
      <w:r>
        <w:rPr>
          <w:b w:val="0"/>
        </w:rPr>
        <w:t>2. Копия свидетельства о рождении ребёнка.</w:t>
      </w:r>
    </w:p>
    <w:p>
      <w:pPr>
        <w:ind w:firstLine="0"/>
        <w:jc w:val="both"/>
      </w:pPr>
      <w:r>
        <w:rPr>
          <w:b w:val="0"/>
        </w:rPr>
        <w:t xml:space="preserve">3. </w:t>
      </w:r>
      <w:r>
        <w:rPr>
          <w:b w:val="0"/>
          <w:highlight w:val="yellow"/>
        </w:rPr>
        <w:t>[Копия свидетельства о заключении или расторжении брака.]</w:t>
      </w:r>
    </w:p>
    <w:p>
      <w:pPr>
        <w:ind w:firstLine="0"/>
        <w:jc w:val="both"/>
      </w:pPr>
      <w:r>
        <w:rPr>
          <w:b w:val="0"/>
        </w:rPr>
        <w:t xml:space="preserve">4. Документ о том, что ребёнок проживает с истцом: </w:t>
      </w:r>
      <w:r>
        <w:rPr>
          <w:b w:val="0"/>
          <w:highlight w:val="yellow"/>
        </w:rPr>
        <w:t>[наименование]</w:t>
      </w:r>
      <w:r>
        <w:rPr>
          <w:b w:val="0"/>
        </w:rPr>
        <w:t>.</w:t>
      </w:r>
    </w:p>
    <w:p>
      <w:pPr>
        <w:ind w:firstLine="0"/>
        <w:jc w:val="both"/>
      </w:pPr>
      <w:r>
        <w:rPr>
          <w:b w:val="0"/>
        </w:rPr>
        <w:t>5. Расчёт цены иска.</w:t>
      </w:r>
    </w:p>
    <w:p>
      <w:pPr>
        <w:ind w:firstLine="0"/>
        <w:jc w:val="both"/>
      </w:pPr>
      <w:r>
        <w:rPr>
          <w:b w:val="0"/>
        </w:rPr>
        <w:t xml:space="preserve">6. </w:t>
      </w:r>
      <w:r>
        <w:rPr>
          <w:b w:val="0"/>
          <w:highlight w:val="yellow"/>
        </w:rPr>
        <w:t>[Сведения о доходах ответчика, если есть.]</w:t>
      </w:r>
    </w:p>
    <w:p>
      <w:pPr>
        <w:ind w:firstLine="0"/>
        <w:jc w:val="both"/>
      </w:pPr>
      <w:r>
        <w:rPr>
          <w:b w:val="0"/>
        </w:rPr>
        <w:t xml:space="preserve">7. </w:t>
      </w:r>
      <w:r>
        <w:rPr>
          <w:b w:val="0"/>
          <w:highlight w:val="yellow"/>
        </w:rPr>
        <w:t>[Копия определения об отмене судебного приказа.]</w:t>
      </w:r>
    </w:p>
    <w:p>
      <w:pPr>
        <w:ind w:firstLine="0"/>
        <w:jc w:val="both"/>
      </w:pPr>
      <w:r>
        <w:rPr>
          <w:b w:val="0"/>
        </w:rPr>
        <w:t xml:space="preserve">8. </w:t>
      </w:r>
      <w:r>
        <w:rPr>
          <w:b w:val="0"/>
          <w:highlight w:val="yellow"/>
        </w:rPr>
        <w:t>[Доказательства мер к получению алиментов: письма, сообщения, телеграммы.]</w:t>
      </w:r>
    </w:p>
    <w:p>
      <w:pPr>
        <w:ind w:firstLine="0"/>
        <w:jc w:val="both"/>
      </w:pPr>
      <w:r>
        <w:rPr>
          <w:b w:val="0"/>
        </w:rPr>
        <w:t xml:space="preserve">9. </w:t>
      </w:r>
      <w:r>
        <w:rPr>
          <w:b w:val="0"/>
          <w:highlight w:val="yellow"/>
        </w:rPr>
        <w:t>[Доверенность представителя, если иск подаёт представитель.]</w:t>
      </w:r>
    </w:p>
    <w:p>
      <w:pPr>
        <w:ind w:firstLine="709"/>
        <w:jc w:val="both"/>
      </w:pPr>
      <w:r>
        <w:rPr>
          <w:b w:val="0"/>
          <w:highlight w:val="yellow"/>
        </w:rPr>
        <w:t>[дата]</w:t>
      </w:r>
      <w:r>
        <w:rPr>
          <w:b w:val="0"/>
        </w:rPr>
        <w:tab/>
        <w:tab/>
      </w:r>
      <w:r>
        <w:rPr>
          <w:b w:val="0"/>
          <w:highlight w:val="yellow"/>
        </w:rPr>
        <w:t>[подпись]</w:t>
      </w:r>
      <w:r>
        <w:rPr>
          <w:b w:val="0"/>
        </w:rPr>
        <w:tab/>
        <w:tab/>
      </w:r>
      <w:r>
        <w:rPr>
          <w:b w:val="0"/>
          <w:highlight w:val="yellow"/>
        </w:rPr>
        <w:t>[расшифровка подписи]</w:t>
      </w:r>
    </w:p>
    <w:p>
      <w:pPr>
        <w:spacing w:before="360"/>
      </w:pPr>
      <w:r>
        <w:rPr>
          <w:i/>
          <w:sz w:val="18"/>
        </w:rPr>
        <w:t>Образец подготовлен юристами «Моей защиты». Поля в квадратных скобках замените своими данными. Перед подачей проверьте подсудность и актуальность законодательства.</w:t>
      </w:r>
    </w:p>
    <w:sectPr w:rsidR="00FC693F" w:rsidRPr="0006063C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