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0"/>
        <w:ind w:left="4819"/>
      </w:pPr>
      <w:r>
        <w:rPr>
          <w:b w:val="0"/>
        </w:rPr>
        <w:t xml:space="preserve">Кому: </w:t>
      </w:r>
      <w:r>
        <w:rPr>
          <w:b w:val="0"/>
          <w:highlight w:val="yellow"/>
        </w:rPr>
        <w:t>[полное наименование организации, ИП или ФИО гражданина]</w:t>
      </w:r>
    </w:p>
    <w:p>
      <w:pPr>
        <w:spacing w:after="0"/>
        <w:ind w:left="4819"/>
      </w:pPr>
      <w:r>
        <w:rPr>
          <w:b w:val="0"/>
          <w:highlight w:val="yellow"/>
        </w:rPr>
        <w:t>[ОГРН (у ИП — ОГРНИП) и ИНН — для организации или ИП]</w:t>
      </w:r>
    </w:p>
    <w:p>
      <w:pPr>
        <w:spacing w:after="0"/>
        <w:ind w:left="4819"/>
      </w:pPr>
      <w:r>
        <w:rPr>
          <w:b w:val="0"/>
        </w:rPr>
        <w:t xml:space="preserve">Адрес: </w:t>
      </w:r>
      <w:r>
        <w:rPr>
          <w:b w:val="0"/>
          <w:highlight w:val="yellow"/>
        </w:rPr>
        <w:t>[адрес из ЕГРЮЛ или ЕГРИП, адрес регистрации гражданина или адрес из договора]</w:t>
      </w:r>
    </w:p>
    <w:p>
      <w:pPr>
        <w:spacing w:after="0"/>
        <w:ind w:left="4819"/>
      </w:pPr>
    </w:p>
    <w:p>
      <w:pPr>
        <w:spacing w:after="0"/>
        <w:ind w:left="4819"/>
      </w:pPr>
      <w:r>
        <w:rPr>
          <w:b w:val="0"/>
        </w:rPr>
        <w:t xml:space="preserve">От: </w:t>
      </w:r>
      <w:r>
        <w:rPr>
          <w:b w:val="0"/>
          <w:highlight w:val="yellow"/>
        </w:rPr>
        <w:t>[фамилия, имя, отчество]</w:t>
      </w:r>
    </w:p>
    <w:p>
      <w:pPr>
        <w:spacing w:after="0"/>
        <w:ind w:left="4819"/>
      </w:pPr>
      <w:r>
        <w:rPr>
          <w:b w:val="0"/>
        </w:rPr>
        <w:t xml:space="preserve">Адрес: </w:t>
      </w:r>
      <w:r>
        <w:rPr>
          <w:b w:val="0"/>
          <w:highlight w:val="yellow"/>
        </w:rPr>
        <w:t>[адрес для ответа]</w:t>
      </w:r>
    </w:p>
    <w:p>
      <w:pPr>
        <w:spacing w:after="0"/>
        <w:ind w:left="4819"/>
      </w:pPr>
      <w:r>
        <w:rPr>
          <w:b w:val="0"/>
        </w:rPr>
        <w:t xml:space="preserve">Телефон: </w:t>
      </w:r>
      <w:r>
        <w:rPr>
          <w:b w:val="0"/>
          <w:highlight w:val="yellow"/>
        </w:rPr>
        <w:t>[номер]</w:t>
      </w:r>
      <w:r>
        <w:rPr>
          <w:b w:val="0"/>
        </w:rPr>
        <w:t xml:space="preserve">, эл. почта: </w:t>
      </w:r>
      <w:r>
        <w:rPr>
          <w:b w:val="0"/>
          <w:highlight w:val="yellow"/>
        </w:rPr>
        <w:t>[адрес]</w:t>
      </w:r>
    </w:p>
    <w:p>
      <w:pPr>
        <w:spacing w:before="240"/>
        <w:jc w:val="center"/>
      </w:pPr>
      <w:r>
        <w:rPr>
          <w:b/>
        </w:rPr>
        <w:t>ДОСУДЕБНАЯ ПРЕТЕНЗИЯ</w:t>
      </w:r>
    </w:p>
    <w:p>
      <w:pPr>
        <w:spacing w:before="240"/>
        <w:jc w:val="center"/>
      </w:pPr>
      <w:r>
        <w:rPr>
          <w:b/>
        </w:rPr>
        <w:t xml:space="preserve">о </w:t>
      </w:r>
      <w:r>
        <w:rPr>
          <w:b/>
          <w:highlight w:val="yellow"/>
        </w:rPr>
        <w:t>[выплате долга, возврате денег или возмещении убытков]</w:t>
      </w:r>
    </w:p>
    <w:p>
      <w:pPr>
        <w:ind w:firstLine="709"/>
        <w:jc w:val="both"/>
      </w:pPr>
      <w:r>
        <w:rPr>
          <w:b w:val="0"/>
          <w:highlight w:val="yellow"/>
        </w:rPr>
        <w:t>[дата]</w:t>
      </w:r>
      <w:r>
        <w:rPr>
          <w:b w:val="0"/>
        </w:rPr>
        <w:t xml:space="preserve"> между мной и </w:t>
      </w:r>
      <w:r>
        <w:rPr>
          <w:b w:val="0"/>
          <w:highlight w:val="yellow"/>
        </w:rPr>
        <w:t>[наименование или ФИО]</w:t>
      </w:r>
      <w:r>
        <w:rPr>
          <w:b w:val="0"/>
        </w:rPr>
        <w:t xml:space="preserve"> заключён договор </w:t>
      </w:r>
      <w:r>
        <w:rPr>
          <w:b w:val="0"/>
          <w:highlight w:val="yellow"/>
        </w:rPr>
        <w:t>[вид договора]</w:t>
      </w:r>
      <w:r>
        <w:rPr>
          <w:b w:val="0"/>
        </w:rPr>
        <w:t xml:space="preserve"> № </w:t>
      </w:r>
      <w:r>
        <w:rPr>
          <w:b w:val="0"/>
          <w:highlight w:val="yellow"/>
        </w:rPr>
        <w:t>[номер]</w:t>
      </w:r>
      <w:r>
        <w:rPr>
          <w:b w:val="0"/>
        </w:rPr>
        <w:t xml:space="preserve"> (далее — договор). По договору </w:t>
      </w:r>
      <w:r>
        <w:rPr>
          <w:b w:val="0"/>
          <w:highlight w:val="yellow"/>
        </w:rPr>
        <w:t>[наименование или ФИО]</w:t>
      </w:r>
      <w:r>
        <w:rPr>
          <w:b w:val="0"/>
        </w:rPr>
        <w:t xml:space="preserve"> обязался </w:t>
      </w:r>
      <w:r>
        <w:rPr>
          <w:b w:val="0"/>
          <w:highlight w:val="yellow"/>
        </w:rPr>
        <w:t>[что должен был сделать: передать товар, выполнить работы, оказать услуги, вернуть деньги]</w:t>
      </w:r>
      <w:r>
        <w:rPr>
          <w:b w:val="0"/>
        </w:rPr>
        <w:t xml:space="preserve"> в срок до </w:t>
      </w:r>
      <w:r>
        <w:rPr>
          <w:b w:val="0"/>
          <w:highlight w:val="yellow"/>
        </w:rPr>
        <w:t>[дата]</w:t>
      </w:r>
      <w:r>
        <w:rPr>
          <w:b w:val="0"/>
        </w:rPr>
        <w:t xml:space="preserve">, а я обязался </w:t>
      </w:r>
      <w:r>
        <w:rPr>
          <w:b w:val="0"/>
          <w:highlight w:val="yellow"/>
        </w:rPr>
        <w:t>[что должны были сделать вы, например оплатить работы]</w:t>
      </w:r>
      <w:r>
        <w:rPr>
          <w:b w:val="0"/>
        </w:rPr>
        <w:t>.</w:t>
      </w:r>
    </w:p>
    <w:p>
      <w:pPr>
        <w:ind w:firstLine="709"/>
        <w:jc w:val="both"/>
      </w:pPr>
      <w:r>
        <w:rPr>
          <w:b w:val="0"/>
        </w:rPr>
        <w:t xml:space="preserve">Свои обязательства я выполнил: </w:t>
      </w:r>
      <w:r>
        <w:rPr>
          <w:b w:val="0"/>
          <w:highlight w:val="yellow"/>
        </w:rPr>
        <w:t>[что сделано и когда, каким документом подтверждается]</w:t>
      </w:r>
      <w:r>
        <w:rPr>
          <w:b w:val="0"/>
        </w:rPr>
        <w:t>.</w:t>
      </w:r>
    </w:p>
    <w:p>
      <w:pPr>
        <w:ind w:firstLine="709"/>
        <w:jc w:val="both"/>
      </w:pPr>
      <w:r>
        <w:rPr>
          <w:b w:val="0"/>
          <w:highlight w:val="yellow"/>
        </w:rPr>
        <w:t>[Наименование или ФИО]</w:t>
      </w:r>
      <w:r>
        <w:rPr>
          <w:b w:val="0"/>
        </w:rPr>
        <w:t xml:space="preserve"> свои обязательства не выполнил: </w:t>
      </w:r>
      <w:r>
        <w:rPr>
          <w:b w:val="0"/>
          <w:highlight w:val="yellow"/>
        </w:rPr>
        <w:t>[что не сделано или сделано с нарушением, с какой даты]</w:t>
      </w:r>
      <w:r>
        <w:rPr>
          <w:b w:val="0"/>
        </w:rPr>
        <w:t xml:space="preserve">. Это подтверждается </w:t>
      </w:r>
      <w:r>
        <w:rPr>
          <w:b w:val="0"/>
          <w:highlight w:val="yellow"/>
        </w:rPr>
        <w:t>[документы: акт, переписка, фотографии, заключение специалиста]</w:t>
      </w:r>
      <w:r>
        <w:rPr>
          <w:b w:val="0"/>
        </w:rPr>
        <w:t>.</w:t>
      </w:r>
    </w:p>
    <w:p>
      <w:pPr>
        <w:ind w:firstLine="709"/>
        <w:jc w:val="both"/>
      </w:pPr>
      <w:r>
        <w:rPr>
          <w:b w:val="0"/>
        </w:rPr>
        <w:t xml:space="preserve">Размер моих требований — </w:t>
      </w:r>
      <w:r>
        <w:rPr>
          <w:b w:val="0"/>
          <w:highlight w:val="yellow"/>
        </w:rPr>
        <w:t>[сумма]</w:t>
      </w:r>
      <w:r>
        <w:rPr>
          <w:b w:val="0"/>
        </w:rPr>
        <w:t xml:space="preserve"> руб.: </w:t>
      </w:r>
      <w:r>
        <w:rPr>
          <w:b w:val="0"/>
          <w:highlight w:val="yellow"/>
        </w:rPr>
        <w:t>[из чего складывается сумма: долг по договору, возврат оплаты, расходы на устранение недостатков, стоимость повреждённого имущества]</w:t>
      </w:r>
      <w:r>
        <w:rPr>
          <w:b w:val="0"/>
        </w:rPr>
        <w:t>. Расчёт прилагаю.</w:t>
      </w:r>
    </w:p>
    <w:p>
      <w:pPr>
        <w:ind w:firstLine="709"/>
        <w:jc w:val="both"/>
      </w:pPr>
      <w:r>
        <w:rPr>
          <w:b w:val="0"/>
        </w:rPr>
        <w:t>Обязательства должны исполняться надлежащим образом в соответствии с условиями обязательства и требованиями закона (статья 309 ГК РФ). Односторонний отказ от исполнения обязательства не допускается, за исключением случаев, предусмотренных законом или иными правовыми актами (пункт 1 статьи 310 ГК РФ). Должник обязан возместить кредитору убытки, причинённые неисполнением или ненадлежащим исполнением обязательства (пункт 1 статьи 393 ГК РФ).</w:t>
      </w:r>
    </w:p>
    <w:p>
      <w:pPr>
        <w:ind w:firstLine="709"/>
        <w:jc w:val="both"/>
      </w:pPr>
      <w:r>
        <w:rPr>
          <w:b w:val="0"/>
        </w:rPr>
        <w:t xml:space="preserve">За просрочку я вправе требовать </w:t>
      </w:r>
      <w:r>
        <w:rPr>
          <w:b w:val="0"/>
          <w:highlight w:val="yellow"/>
        </w:rPr>
        <w:t>[неустойку по пункту … договора или по закону (статья 330 ГК РФ) либо, если долг денежный, а договор неустойки за просрочку оплаты не предусматривает, проценты по ключевой ставке Банка России (пункт 1 статьи 395 ГК РФ)]</w:t>
      </w:r>
      <w:r>
        <w:rPr>
          <w:b w:val="0"/>
        </w:rPr>
        <w:t>.</w:t>
      </w:r>
    </w:p>
    <w:p>
      <w:pPr>
        <w:ind w:firstLine="709"/>
        <w:jc w:val="both"/>
      </w:pPr>
      <w:r>
        <w:rPr>
          <w:b w:val="0"/>
        </w:rPr>
        <w:t xml:space="preserve">На основании изложенного, руководствуясь статьями 15, 309, 310, 393, </w:t>
      </w:r>
      <w:r>
        <w:rPr>
          <w:b w:val="0"/>
          <w:highlight w:val="yellow"/>
        </w:rPr>
        <w:t>[330 или 395]</w:t>
      </w:r>
      <w:r>
        <w:rPr>
          <w:b w:val="0"/>
        </w:rPr>
        <w:t xml:space="preserve"> Гражданского кодекса РФ, —</w:t>
      </w:r>
    </w:p>
    <w:p>
      <w:pPr>
        <w:spacing w:before="160"/>
      </w:pPr>
      <w:r>
        <w:rPr>
          <w:b/>
        </w:rPr>
        <w:t>ТРЕБУЮ:</w:t>
      </w:r>
    </w:p>
    <w:p>
      <w:pPr>
        <w:ind w:firstLine="0"/>
        <w:jc w:val="both"/>
      </w:pPr>
      <w:r>
        <w:rPr>
          <w:b w:val="0"/>
        </w:rPr>
        <w:t xml:space="preserve">1. В течение </w:t>
      </w:r>
      <w:r>
        <w:rPr>
          <w:b w:val="0"/>
          <w:highlight w:val="yellow"/>
        </w:rPr>
        <w:t>[срок]</w:t>
      </w:r>
      <w:r>
        <w:rPr>
          <w:b w:val="0"/>
        </w:rPr>
        <w:t xml:space="preserve"> дней со дня получения претензии выплатить мне </w:t>
      </w:r>
      <w:r>
        <w:rPr>
          <w:b w:val="0"/>
          <w:highlight w:val="yellow"/>
        </w:rPr>
        <w:t>[сумма]</w:t>
      </w:r>
      <w:r>
        <w:rPr>
          <w:b w:val="0"/>
        </w:rPr>
        <w:t xml:space="preserve"> руб. — </w:t>
      </w:r>
      <w:r>
        <w:rPr>
          <w:b w:val="0"/>
          <w:highlight w:val="yellow"/>
        </w:rPr>
        <w:t>[долг по договору, возврат оплаты или возмещение убытков]</w:t>
      </w:r>
      <w:r>
        <w:rPr>
          <w:b w:val="0"/>
        </w:rPr>
        <w:t>.</w:t>
      </w:r>
    </w:p>
    <w:p>
      <w:pPr>
        <w:ind w:firstLine="0"/>
        <w:jc w:val="both"/>
      </w:pPr>
      <w:r>
        <w:rPr>
          <w:b w:val="0"/>
        </w:rPr>
        <w:t xml:space="preserve">2. В тот же срок уплатить </w:t>
      </w:r>
      <w:r>
        <w:rPr>
          <w:b w:val="0"/>
          <w:highlight w:val="yellow"/>
        </w:rPr>
        <w:t>[неустойку или проценты]</w:t>
      </w:r>
      <w:r>
        <w:rPr>
          <w:b w:val="0"/>
        </w:rPr>
        <w:t xml:space="preserve"> за период с </w:t>
      </w:r>
      <w:r>
        <w:rPr>
          <w:b w:val="0"/>
          <w:highlight w:val="yellow"/>
        </w:rPr>
        <w:t>[дата]</w:t>
      </w:r>
      <w:r>
        <w:rPr>
          <w:b w:val="0"/>
        </w:rPr>
        <w:t xml:space="preserve"> по </w:t>
      </w:r>
      <w:r>
        <w:rPr>
          <w:b w:val="0"/>
          <w:highlight w:val="yellow"/>
        </w:rPr>
        <w:t>[дата]</w:t>
      </w:r>
      <w:r>
        <w:rPr>
          <w:b w:val="0"/>
        </w:rPr>
        <w:t xml:space="preserve"> в размере </w:t>
      </w:r>
      <w:r>
        <w:rPr>
          <w:b w:val="0"/>
          <w:highlight w:val="yellow"/>
        </w:rPr>
        <w:t>[сумма]</w:t>
      </w:r>
      <w:r>
        <w:rPr>
          <w:b w:val="0"/>
        </w:rPr>
        <w:t xml:space="preserve"> руб. согласно прилагаемому расчёту.</w:t>
      </w:r>
    </w:p>
    <w:p>
      <w:pPr>
        <w:ind w:firstLine="0"/>
        <w:jc w:val="both"/>
      </w:pPr>
      <w:r>
        <w:rPr>
          <w:b w:val="0"/>
        </w:rPr>
        <w:t xml:space="preserve">3. </w:t>
      </w:r>
      <w:r>
        <w:rPr>
          <w:b w:val="0"/>
          <w:highlight w:val="yellow"/>
        </w:rPr>
        <w:t>[Если намерены расторгнуть договор через суд: в тот же срок подписать соглашение о расторжении договора (пункт 2 статьи 450, пункт 2 статьи 452 ГК РФ).]</w:t>
      </w:r>
    </w:p>
    <w:p>
      <w:pPr>
        <w:ind w:firstLine="709"/>
        <w:jc w:val="both"/>
      </w:pPr>
      <w:r>
        <w:rPr>
          <w:b w:val="0"/>
        </w:rPr>
        <w:t xml:space="preserve">Деньги прошу перечислить по реквизитам: </w:t>
      </w:r>
      <w:r>
        <w:rPr>
          <w:b w:val="0"/>
          <w:highlight w:val="yellow"/>
        </w:rPr>
        <w:t>[получатель, номер счёта, банк, БИК, корреспондентский счёт]</w:t>
      </w:r>
      <w:r>
        <w:rPr>
          <w:b w:val="0"/>
        </w:rPr>
        <w:t>.</w:t>
      </w:r>
    </w:p>
    <w:p>
      <w:pPr>
        <w:ind w:firstLine="709"/>
        <w:jc w:val="both"/>
      </w:pPr>
      <w:r>
        <w:rPr>
          <w:b w:val="0"/>
        </w:rPr>
        <w:t>Если требования не будут выполнены в указанный срок, я обращусь в суд с иском о взыскании указанных сумм, а также судебных расходов (часть 1 статьи 98 ГПК РФ).</w:t>
      </w:r>
    </w:p>
    <w:p>
      <w:pPr>
        <w:ind w:firstLine="709"/>
        <w:jc w:val="both"/>
      </w:pPr>
      <w:r>
        <w:rPr>
          <w:b w:val="0"/>
        </w:rPr>
        <w:t xml:space="preserve">Ответ прошу направить по адресу: </w:t>
      </w:r>
      <w:r>
        <w:rPr>
          <w:b w:val="0"/>
          <w:highlight w:val="yellow"/>
        </w:rPr>
        <w:t>[адрес]</w:t>
      </w:r>
      <w:r>
        <w:rPr>
          <w:b w:val="0"/>
        </w:rPr>
        <w:t xml:space="preserve"> или на эл. почту: </w:t>
      </w:r>
      <w:r>
        <w:rPr>
          <w:b w:val="0"/>
          <w:highlight w:val="yellow"/>
        </w:rPr>
        <w:t>[адрес]</w:t>
      </w:r>
      <w:r>
        <w:rPr>
          <w:b w:val="0"/>
        </w:rPr>
        <w:t>.</w:t>
      </w:r>
    </w:p>
    <w:p>
      <w:pPr>
        <w:spacing w:before="160"/>
      </w:pPr>
      <w:r>
        <w:rPr>
          <w:b/>
        </w:rPr>
        <w:t>ПРИЛОЖЕНИЯ:</w:t>
      </w:r>
    </w:p>
    <w:p>
      <w:pPr>
        <w:ind w:firstLine="0"/>
        <w:jc w:val="both"/>
      </w:pPr>
      <w:r>
        <w:rPr>
          <w:b w:val="0"/>
        </w:rPr>
        <w:t xml:space="preserve">1. Копия договора </w:t>
      </w:r>
      <w:r>
        <w:rPr>
          <w:b w:val="0"/>
          <w:highlight w:val="yellow"/>
        </w:rPr>
        <w:t>[вид, номер и дата]</w:t>
      </w:r>
      <w:r>
        <w:rPr>
          <w:b w:val="0"/>
        </w:rPr>
        <w:t>.</w:t>
      </w:r>
    </w:p>
    <w:p>
      <w:pPr>
        <w:ind w:firstLine="0"/>
        <w:jc w:val="both"/>
      </w:pPr>
      <w:r>
        <w:rPr>
          <w:b w:val="0"/>
        </w:rPr>
        <w:t xml:space="preserve">2. Копии документов об оплате </w:t>
      </w:r>
      <w:r>
        <w:rPr>
          <w:b w:val="0"/>
          <w:highlight w:val="yellow"/>
        </w:rPr>
        <w:t>[чеки, квитанции, платёжные поручения]</w:t>
      </w:r>
      <w:r>
        <w:rPr>
          <w:b w:val="0"/>
        </w:rPr>
        <w:t>.</w:t>
      </w:r>
    </w:p>
    <w:p>
      <w:pPr>
        <w:ind w:firstLine="0"/>
        <w:jc w:val="both"/>
      </w:pPr>
      <w:r>
        <w:rPr>
          <w:b w:val="0"/>
        </w:rPr>
        <w:t xml:space="preserve">3. Копии документов, подтверждающих нарушение и размер убытков </w:t>
      </w:r>
      <w:r>
        <w:rPr>
          <w:b w:val="0"/>
          <w:highlight w:val="yellow"/>
        </w:rPr>
        <w:t>[акт, переписка, фотографии, заключение специалиста]</w:t>
      </w:r>
      <w:r>
        <w:rPr>
          <w:b w:val="0"/>
        </w:rPr>
        <w:t>.</w:t>
      </w:r>
    </w:p>
    <w:p>
      <w:pPr>
        <w:ind w:firstLine="0"/>
        <w:jc w:val="both"/>
      </w:pPr>
      <w:r>
        <w:rPr>
          <w:b w:val="0"/>
        </w:rPr>
        <w:t>4. Расчёт требуемых сумм.</w:t>
      </w:r>
    </w:p>
    <w:p>
      <w:pPr>
        <w:ind w:firstLine="0"/>
        <w:jc w:val="both"/>
      </w:pPr>
      <w:r>
        <w:rPr>
          <w:b w:val="0"/>
        </w:rPr>
        <w:t xml:space="preserve">5. Копия доверенности представителя </w:t>
      </w:r>
      <w:r>
        <w:rPr>
          <w:b w:val="0"/>
          <w:highlight w:val="yellow"/>
        </w:rPr>
        <w:t>[если претензию подписывает представитель]</w:t>
      </w:r>
      <w:r>
        <w:rPr>
          <w:b w:val="0"/>
        </w:rPr>
        <w:t>.</w:t>
      </w:r>
    </w:p>
    <w:p>
      <w:pPr>
        <w:ind w:firstLine="709"/>
        <w:jc w:val="both"/>
      </w:pPr>
      <w:r>
        <w:rPr>
          <w:b w:val="0"/>
          <w:highlight w:val="yellow"/>
        </w:rPr>
        <w:t>[дата]</w:t>
      </w:r>
      <w:r>
        <w:rPr>
          <w:b w:val="0"/>
        </w:rPr>
        <w:tab/>
        <w:tab/>
      </w:r>
      <w:r>
        <w:rPr>
          <w:b w:val="0"/>
          <w:highlight w:val="yellow"/>
        </w:rPr>
        <w:t>[подпись]</w:t>
      </w:r>
      <w:r>
        <w:rPr>
          <w:b w:val="0"/>
        </w:rPr>
        <w:tab/>
        <w:tab/>
      </w:r>
      <w:r>
        <w:rPr>
          <w:b w:val="0"/>
          <w:highlight w:val="yellow"/>
        </w:rPr>
        <w:t>[расшифровка подписи]</w:t>
      </w:r>
    </w:p>
    <w:p>
      <w:pPr>
        <w:spacing w:before="360"/>
      </w:pPr>
      <w:r>
        <w:rPr>
          <w:i/>
          <w:sz w:val="18"/>
        </w:rPr>
        <w:t>Образец подготовлен юристами «Моей защиты». Поля в квадратных скобках замените своими данными. Перед подачей проверьте подсудность и актуальность законодательства.</w:t>
      </w:r>
    </w:p>
    <w:sectPr w:rsidR="00FC693F" w:rsidRPr="0006063C" w:rsidSect="00034616"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/>
    </w:pPr>
    <w:rPr>
      <w:rFonts w:ascii="Times New Roman" w:hAnsi="Times New Roman"/>
      <w:sz w:val="26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